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4622" w:rsidRDefault="00AA601C">
      <w:r>
        <w:rPr>
          <w:noProof/>
        </w:rPr>
        <w:pict>
          <v:rect id="_x0000_s1027" style="position:absolute;margin-left:322.1pt;margin-top:3.85pt;width:96.5pt;height:94.95pt;z-index:251658240">
            <v:textbox>
              <w:txbxContent>
                <w:p w:rsidR="00AA601C" w:rsidRDefault="00AA601C" w:rsidP="00AA601C">
                  <w:pPr>
                    <w:jc w:val="center"/>
                  </w:pPr>
                </w:p>
                <w:p w:rsidR="00AA601C" w:rsidRDefault="00AA601C" w:rsidP="00AA601C">
                  <w:pPr>
                    <w:jc w:val="center"/>
                  </w:pPr>
                  <w:r>
                    <w:t>Photo</w:t>
                  </w:r>
                </w:p>
              </w:txbxContent>
            </v:textbox>
          </v:rect>
        </w:pict>
      </w:r>
      <w:r w:rsidR="00CE70E1">
        <w:t xml:space="preserve">GEOGRAPHICAL SOCIETY OF CENTRAL HIMALAYA </w:t>
      </w:r>
      <w:r w:rsidR="00CE70E1">
        <w:br/>
        <w:t xml:space="preserve">Registered Under Societies Registration Act XXI of 1860 </w:t>
      </w:r>
      <w:r w:rsidR="00CE70E1">
        <w:br/>
        <w:t xml:space="preserve">(Registration No. UK0600332021005726) </w:t>
      </w:r>
      <w:r w:rsidR="00CE70E1">
        <w:br/>
        <w:t xml:space="preserve">www.gsch.co.in </w:t>
      </w:r>
      <w:r w:rsidR="00CE70E1">
        <w:br/>
      </w:r>
      <w:r w:rsidR="00CE70E1">
        <w:br/>
        <w:t xml:space="preserve">MEMBERSHIP FORM </w:t>
      </w:r>
      <w:r w:rsidR="00CE70E1">
        <w:br/>
      </w:r>
      <w:r w:rsidR="00CE70E1">
        <w:br/>
        <w:t>Name / Name of the Institute: ………………………………………………………………………………………………………………………………</w:t>
      </w:r>
      <w:r w:rsidR="00774622">
        <w:t>………</w:t>
      </w:r>
      <w:r w:rsidR="00CE70E1">
        <w:t xml:space="preserve">. </w:t>
      </w:r>
      <w:r w:rsidR="00CE70E1">
        <w:br/>
      </w:r>
      <w:r w:rsidR="00CE70E1">
        <w:t xml:space="preserve">Date of Birth and Age / Year of Establishment: ……………………………………………………… </w:t>
      </w:r>
      <w:r w:rsidR="00774622">
        <w:t>………..</w:t>
      </w:r>
      <w:r w:rsidR="00CE70E1">
        <w:t xml:space="preserve"> Birth Place …………………………….. </w:t>
      </w:r>
      <w:r w:rsidR="00CE70E1">
        <w:br/>
        <w:t>Academic Qualification        : ………………………………………………………………………………………………………………………………</w:t>
      </w:r>
      <w:r w:rsidR="00774622">
        <w:t>……</w:t>
      </w:r>
      <w:r w:rsidR="00CE70E1">
        <w:t xml:space="preserve">….. </w:t>
      </w:r>
      <w:r w:rsidR="00CE70E1">
        <w:br/>
        <w:t>Designation    : ………………………………………………………………………………………………………………………………</w:t>
      </w:r>
      <w:r w:rsidR="00CE70E1">
        <w:t>………</w:t>
      </w:r>
      <w:r w:rsidR="00CE70E1">
        <w:t xml:space="preserve">.. </w:t>
      </w:r>
      <w:r w:rsidR="00CE70E1">
        <w:br/>
        <w:t>Field    of Interest    : ……………………………………………………………</w:t>
      </w:r>
      <w:r w:rsidR="00CE70E1">
        <w:t xml:space="preserve">…………………………………………………………………………. </w:t>
      </w:r>
      <w:r w:rsidR="00CE70E1">
        <w:br/>
        <w:t xml:space="preserve">Present Address </w:t>
      </w:r>
      <w:r w:rsidR="00CE70E1">
        <w:br/>
        <w:t xml:space="preserve">……………………………………………………………………………………………….………………………………………………………………………………… </w:t>
      </w:r>
      <w:r w:rsidR="00774622">
        <w:t>……………………………………………………………………………………….…..</w:t>
      </w:r>
      <w:r w:rsidR="00CE70E1">
        <w:br/>
        <w:t>E-mail id ……………………………………………</w:t>
      </w:r>
      <w:r w:rsidR="00774622">
        <w:t>..</w:t>
      </w:r>
      <w:r w:rsidR="00CE70E1">
        <w:t xml:space="preserve">………  </w:t>
      </w:r>
      <w:proofErr w:type="spellStart"/>
      <w:r w:rsidR="00CE70E1">
        <w:t>Aadhar</w:t>
      </w:r>
      <w:proofErr w:type="spellEnd"/>
      <w:r w:rsidR="00CE70E1">
        <w:t xml:space="preserve"> Number ……………………………………</w:t>
      </w:r>
      <w:r w:rsidR="00774622">
        <w:t>....</w:t>
      </w:r>
      <w:r w:rsidR="00CE70E1">
        <w:t xml:space="preserve">.. </w:t>
      </w:r>
      <w:r w:rsidR="00CE70E1">
        <w:br/>
        <w:t>P</w:t>
      </w:r>
      <w:r w:rsidR="00CE70E1">
        <w:t>hone / Mobile Number:…………………………………………</w:t>
      </w:r>
      <w:r w:rsidR="00774622">
        <w:t>………………………………..</w:t>
      </w:r>
      <w:r w:rsidR="00CE70E1">
        <w:t>……</w:t>
      </w:r>
      <w:r w:rsidR="00CE70E1">
        <w:t xml:space="preserve"> </w:t>
      </w:r>
      <w:r w:rsidR="00774622">
        <w:t>……………….</w:t>
      </w:r>
      <w:r w:rsidR="00CE70E1">
        <w:br/>
      </w:r>
      <w:r w:rsidR="00CE70E1">
        <w:br/>
      </w:r>
      <w:r w:rsidR="00CE70E1">
        <w:t>N</w:t>
      </w:r>
      <w:r w:rsidR="00CE70E1">
        <w:t>a</w:t>
      </w:r>
      <w:r w:rsidR="00CE70E1">
        <w:t>t</w:t>
      </w:r>
      <w:r w:rsidR="00CE70E1">
        <w:t>u</w:t>
      </w:r>
      <w:r w:rsidR="00CE70E1">
        <w:t>r</w:t>
      </w:r>
      <w:r w:rsidR="00CE70E1">
        <w:t>e</w:t>
      </w:r>
      <w:r w:rsidR="00CE70E1">
        <w:t xml:space="preserve"> </w:t>
      </w:r>
      <w:r w:rsidR="00CE70E1">
        <w:t>o</w:t>
      </w:r>
      <w:r w:rsidR="00CE70E1">
        <w:t>f</w:t>
      </w:r>
      <w:r w:rsidR="00CE70E1">
        <w:t xml:space="preserve"> </w:t>
      </w:r>
      <w:proofErr w:type="gramStart"/>
      <w:r w:rsidR="00CE70E1">
        <w:t>M</w:t>
      </w:r>
      <w:r w:rsidR="00CE70E1">
        <w:t>e</w:t>
      </w:r>
      <w:r w:rsidR="00CE70E1">
        <w:t>m</w:t>
      </w:r>
      <w:r w:rsidR="00CE70E1">
        <w:t>b</w:t>
      </w:r>
      <w:r w:rsidR="00CE70E1">
        <w:t>e</w:t>
      </w:r>
      <w:r w:rsidR="00CE70E1">
        <w:t>r</w:t>
      </w:r>
      <w:r w:rsidR="00CE70E1">
        <w:t>s</w:t>
      </w:r>
      <w:r w:rsidR="00CE70E1">
        <w:t>hip :</w:t>
      </w:r>
      <w:proofErr w:type="gramEnd"/>
      <w:r w:rsidR="00CE70E1">
        <w:t xml:space="preserve"> Student /  Ordinary Fellow  (5 Year Membership) /  Life Time Membership/ Life Time </w:t>
      </w:r>
      <w:r w:rsidR="00CE70E1">
        <w:br/>
        <w:t xml:space="preserve">Fellow /Indian Institutional Annual / Foreign  Institutional Annual </w:t>
      </w:r>
      <w:r w:rsidR="00774622">
        <w:t xml:space="preserve"> / Donor Member </w:t>
      </w:r>
      <w:r w:rsidR="00CE70E1">
        <w:t xml:space="preserve">.  </w:t>
      </w:r>
      <w:r w:rsidR="00CE70E1">
        <w:br/>
        <w:t xml:space="preserve"> I wish to join The Geographical Society of Central Himalaya as a Member. </w:t>
      </w:r>
      <w:r w:rsidR="00CE70E1">
        <w:br/>
      </w:r>
      <w:r w:rsidR="00CE70E1">
        <w:br/>
        <w:t>I herewith remit the membership fee through Online Banking payable to “The G</w:t>
      </w:r>
      <w:r w:rsidR="00774622">
        <w:t xml:space="preserve">eographical Society of Central </w:t>
      </w:r>
      <w:r w:rsidR="00CE70E1">
        <w:t xml:space="preserve">Himalaya, </w:t>
      </w:r>
      <w:proofErr w:type="spellStart"/>
      <w:r w:rsidR="00CE70E1">
        <w:t>Dehradun</w:t>
      </w:r>
      <w:proofErr w:type="spellEnd"/>
      <w:r w:rsidR="00CE70E1">
        <w:t xml:space="preserve">, </w:t>
      </w:r>
      <w:proofErr w:type="spellStart"/>
      <w:proofErr w:type="gramStart"/>
      <w:r w:rsidR="00CE70E1">
        <w:t>Uttarakhand</w:t>
      </w:r>
      <w:proofErr w:type="spellEnd"/>
      <w:proofErr w:type="gramEnd"/>
      <w:r w:rsidR="00CE70E1">
        <w:t xml:space="preserve">”.  </w:t>
      </w:r>
      <w:r w:rsidR="00CE70E1">
        <w:br/>
        <w:t>I</w:t>
      </w:r>
      <w:r w:rsidR="00CE70E1">
        <w:t xml:space="preserve"> will abide by the rules and regulations of the Society. </w:t>
      </w:r>
    </w:p>
    <w:p w:rsidR="007156C4" w:rsidRDefault="00CE70E1">
      <w:r>
        <w:br/>
      </w:r>
      <w:r>
        <w:br/>
      </w:r>
      <w:proofErr w:type="gramStart"/>
      <w:r>
        <w:t>Date :</w:t>
      </w:r>
      <w:proofErr w:type="gramEnd"/>
      <w:r>
        <w:t xml:space="preserve">                                                                                                                                           Signature </w:t>
      </w:r>
      <w:r>
        <w:br/>
        <w:t xml:space="preserve">Place: </w:t>
      </w:r>
      <w:r>
        <w:br/>
      </w:r>
    </w:p>
    <w:p w:rsidR="00774622" w:rsidRDefault="00CE70E1" w:rsidP="00774622">
      <w:r>
        <w:t>Online Bank Account Details Bank</w:t>
      </w:r>
      <w:r>
        <w:t xml:space="preserve">:  </w:t>
      </w:r>
      <w:r>
        <w:br/>
        <w:t xml:space="preserve">Account Name:  Geographical Society of Central </w:t>
      </w:r>
      <w:proofErr w:type="gramStart"/>
      <w:r>
        <w:t xml:space="preserve">Himalaya  </w:t>
      </w:r>
      <w:proofErr w:type="gramEnd"/>
      <w:r>
        <w:br/>
        <w:t xml:space="preserve">Account No: 41002340916   </w:t>
      </w:r>
      <w:r>
        <w:br/>
        <w:t xml:space="preserve">IFSC Code SBIN0007893     </w:t>
      </w:r>
      <w:r>
        <w:br/>
        <w:t xml:space="preserve">Type: Current </w:t>
      </w:r>
      <w:r>
        <w:br/>
        <w:t xml:space="preserve">Bank Name: State Bank of India, Dehradun  </w:t>
      </w:r>
      <w:r>
        <w:br/>
      </w:r>
      <w:r>
        <w:lastRenderedPageBreak/>
        <w:br/>
        <w:t>Category of Memb</w:t>
      </w:r>
      <w:r w:rsidR="00774622">
        <w:t xml:space="preserve">ership  </w:t>
      </w:r>
      <w:r w:rsidR="00774622">
        <w:br/>
        <w:t xml:space="preserve">Student (Annual) </w:t>
      </w:r>
      <w:r>
        <w:t xml:space="preserve">   Rs.500/-           </w:t>
      </w:r>
    </w:p>
    <w:p w:rsidR="00774622" w:rsidRDefault="00774622" w:rsidP="00774622">
      <w:r>
        <w:t xml:space="preserve"> </w:t>
      </w:r>
      <w:r w:rsidR="00CE70E1">
        <w:t>Ordina</w:t>
      </w:r>
      <w:r w:rsidR="00CE70E1">
        <w:t>ry Fellow (5 Year Membership</w:t>
      </w:r>
      <w:proofErr w:type="gramStart"/>
      <w:r w:rsidR="00CE70E1">
        <w:t>)  Rs</w:t>
      </w:r>
      <w:proofErr w:type="gramEnd"/>
      <w:r w:rsidR="00CE70E1">
        <w:t xml:space="preserve">. 2,500/- </w:t>
      </w:r>
      <w:r w:rsidR="00CE70E1">
        <w:br/>
        <w:t>L</w:t>
      </w:r>
      <w:r>
        <w:t xml:space="preserve">ife Time Membership   </w:t>
      </w:r>
      <w:r w:rsidR="00CE70E1">
        <w:t xml:space="preserve">  Rs. 5000/-        </w:t>
      </w:r>
    </w:p>
    <w:p w:rsidR="00774622" w:rsidRDefault="00CE70E1" w:rsidP="00774622">
      <w:r>
        <w:t xml:space="preserve"> Life Time </w:t>
      </w:r>
      <w:r w:rsidR="00774622">
        <w:t xml:space="preserve">Fellow (Indian)         </w:t>
      </w:r>
      <w:r>
        <w:t xml:space="preserve"> Rs. 20,500/- </w:t>
      </w:r>
      <w:r>
        <w:br/>
        <w:t xml:space="preserve">Indian Institution (Annual)        Rs. 3000/-          </w:t>
      </w:r>
    </w:p>
    <w:p w:rsidR="00554DFA" w:rsidRDefault="00774622" w:rsidP="00774622">
      <w:r>
        <w:t xml:space="preserve"> </w:t>
      </w:r>
      <w:r w:rsidR="00CE70E1">
        <w:t>Foreign Institution (Annual)   US$ 250/</w:t>
      </w:r>
      <w:r w:rsidR="00CE70E1">
        <w:t xml:space="preserve">- </w:t>
      </w:r>
      <w:r w:rsidR="00CE70E1">
        <w:br/>
      </w:r>
      <w:r w:rsidR="00CE70E1">
        <w:br/>
        <w:t xml:space="preserve">Fill up the form and send it to us for membership at the email- pgschuki21@gmail.com </w:t>
      </w:r>
      <w:r w:rsidR="00CE70E1">
        <w:br/>
      </w:r>
      <w:r w:rsidR="00CE70E1" w:rsidRPr="00774622">
        <w:rPr>
          <w:sz w:val="20"/>
        </w:rPr>
        <w:t xml:space="preserve">Attach Documents:  </w:t>
      </w:r>
      <w:r w:rsidRPr="00774622">
        <w:rPr>
          <w:sz w:val="20"/>
        </w:rPr>
        <w:t>*Filled Form</w:t>
      </w:r>
      <w:r w:rsidR="00CE70E1" w:rsidRPr="00774622">
        <w:rPr>
          <w:sz w:val="20"/>
        </w:rPr>
        <w:t xml:space="preserve"> </w:t>
      </w:r>
      <w:r w:rsidRPr="00774622">
        <w:rPr>
          <w:sz w:val="20"/>
        </w:rPr>
        <w:t>*Fee Receipt Screenshot *Highest Qualification*</w:t>
      </w:r>
      <w:proofErr w:type="spellStart"/>
      <w:r w:rsidR="00CE70E1" w:rsidRPr="00774622">
        <w:rPr>
          <w:sz w:val="20"/>
        </w:rPr>
        <w:t>Aadhar</w:t>
      </w:r>
      <w:proofErr w:type="spellEnd"/>
      <w:r w:rsidR="00CE70E1" w:rsidRPr="00774622">
        <w:rPr>
          <w:sz w:val="20"/>
        </w:rPr>
        <w:t xml:space="preserve"> Card </w:t>
      </w:r>
      <w:r w:rsidR="00CE70E1">
        <w:br/>
        <w:t>Contact +917455887067</w:t>
      </w:r>
      <w:proofErr w:type="gramStart"/>
      <w:r w:rsidR="00CE70E1">
        <w:t>,+</w:t>
      </w:r>
      <w:proofErr w:type="gramEnd"/>
      <w:r w:rsidR="00CE70E1">
        <w:t xml:space="preserve">917310896083,+919058888288 </w:t>
      </w:r>
      <w:r w:rsidR="00CE70E1">
        <w:br/>
      </w:r>
    </w:p>
    <w:sectPr w:rsidR="00554DF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characterSpacingControl w:val="doNotCompress"/>
  <w:compat>
    <w:useFELayout/>
  </w:compat>
  <w:rsids>
    <w:rsidRoot w:val="00B47730"/>
    <w:rsid w:val="00034616"/>
    <w:rsid w:val="0006063C"/>
    <w:rsid w:val="0015074B"/>
    <w:rsid w:val="0029639D"/>
    <w:rsid w:val="00326F90"/>
    <w:rsid w:val="00554DFA"/>
    <w:rsid w:val="007156C4"/>
    <w:rsid w:val="00774622"/>
    <w:rsid w:val="00885BC3"/>
    <w:rsid w:val="00AA1D8D"/>
    <w:rsid w:val="00AA601C"/>
    <w:rsid w:val="00B47730"/>
    <w:rsid w:val="00CB0664"/>
    <w:rsid w:val="00CE70E1"/>
    <w:rsid w:val="00FC69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AA60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60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334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2240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Dr. R. Bhatt</cp:lastModifiedBy>
  <cp:revision>4</cp:revision>
  <cp:lastPrinted>2025-10-05T12:26:00Z</cp:lastPrinted>
  <dcterms:created xsi:type="dcterms:W3CDTF">2025-10-05T12:01:00Z</dcterms:created>
  <dcterms:modified xsi:type="dcterms:W3CDTF">2025-10-05T12:26:00Z</dcterms:modified>
</cp:coreProperties>
</file>